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990000"/>
          <w:sz w:val="50"/>
        </w:rPr>
        <w:t>Freedom From</w:t>
        <w:br/>
        <w:t>Violence™</w:t>
      </w:r>
    </w:p>
    <w:p>
      <w:r>
        <w:rPr>
          <w:b/>
          <w:sz w:val="26"/>
        </w:rPr>
        <w:t>Invest in Peace</w:t>
      </w:r>
      <w:r>
        <w:rPr>
          <w:sz w:val="24"/>
        </w:rPr>
        <w:br/>
        <w:t>Put a Price on Violence</w:t>
      </w:r>
    </w:p>
    <w:p>
      <w:r>
        <w:t>To shake the ground under the foundations of the Culture of Violence, we need ground floor shakers.</w:t>
        <w:br/>
        <w:t>Check any ways you would like to participate.</w:t>
      </w:r>
    </w:p>
    <w:p>
      <w:r>
        <w:rPr>
          <w:b/>
        </w:rPr>
        <w:t>I WOULD LIKE TO HELP WITH:</w:t>
      </w:r>
    </w:p>
    <w:p>
      <w:pPr>
        <w:spacing w:after="160"/>
      </w:pPr>
      <w:r>
        <w:rPr>
          <w:sz w:val="19"/>
        </w:rPr>
        <w:t>☐  Help name our group of ground floor shakers</w:t>
      </w:r>
    </w:p>
    <w:p>
      <w:pPr>
        <w:spacing w:after="160"/>
      </w:pPr>
      <w:r>
        <w:rPr>
          <w:sz w:val="19"/>
        </w:rPr>
        <w:t>☐  Set up social media platforms / help with outreach</w:t>
      </w:r>
    </w:p>
    <w:p>
      <w:pPr>
        <w:spacing w:after="160"/>
      </w:pPr>
      <w:r>
        <w:rPr>
          <w:sz w:val="19"/>
        </w:rPr>
        <w:t>☐  Lobby for Freedom from Violence Act legislation</w:t>
      </w:r>
    </w:p>
    <w:p>
      <w:pPr>
        <w:spacing w:after="160"/>
      </w:pPr>
      <w:r>
        <w:rPr>
          <w:sz w:val="19"/>
        </w:rPr>
        <w:t>☐  Research contacts and databases to build support</w:t>
      </w:r>
    </w:p>
    <w:p>
      <w:pPr>
        <w:spacing w:after="160"/>
      </w:pPr>
      <w:r>
        <w:rPr>
          <w:sz w:val="19"/>
        </w:rPr>
        <w:t>☐  Help with project management</w:t>
      </w:r>
    </w:p>
    <w:p>
      <w:pPr>
        <w:spacing w:after="160"/>
      </w:pPr>
      <w:r>
        <w:rPr>
          <w:sz w:val="19"/>
        </w:rPr>
        <w:t>☐  Help with general volunteer work</w:t>
      </w:r>
    </w:p>
    <w:p>
      <w:pPr>
        <w:spacing w:after="160"/>
      </w:pPr>
      <w:r>
        <w:rPr>
          <w:sz w:val="19"/>
        </w:rPr>
        <w:t>☐  Support the work with a donation</w:t>
      </w:r>
    </w:p>
    <w:p>
      <w:r>
        <w:t>Name  ___________________________________</w:t>
      </w:r>
    </w:p>
    <w:p>
      <w:r>
        <w:t>Email  ___________________________________</w:t>
      </w:r>
    </w:p>
    <w:p>
      <w:r>
        <w:t>Phone (optional)  ___________________________________</w:t>
      </w:r>
    </w:p>
    <w:p>
      <w:r>
        <w:rPr>
          <w:sz w:val="18"/>
        </w:rPr>
        <w:t>Please return this card to the ballot box before you go.</w:t>
      </w:r>
    </w:p>
    <w:p>
      <w:r>
        <w:rPr>
          <w:b/>
          <w:color w:val="990000"/>
        </w:rPr>
        <w:t>FreedomFromViolence.org</w:t>
      </w:r>
    </w:p>
    <w:p>
      <w:r>
        <w:rPr>
          <w:sz w:val="16"/>
        </w:rPr>
        <w:t>© 2026 Freedom From Violence</w:t>
      </w:r>
    </w:p>
    <w:sectPr w:rsidR="00FC693F" w:rsidRPr="0006063C" w:rsidSect="00034616">
      <w:pgSz w:w="7920" w:h="12240"/>
      <w:pgMar w:top="547" w:right="619" w:bottom="504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